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בונים פסקה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"בונים פסקה": מזהים טענה, ביסוס, הסבר וסיכום, מסדרים פסקה בסדר הנכון, משתמשים במילות קישור וכותבים פסקה משלכם. המשפטים לקוחים מתשובות המופת באתר.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הסדר הנכון?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טענה ← ביסוס ← הסבר ← סיכום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הוא משפט טענה?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סיום "בית בובות" סגור ופתוח בעת ובעונה אחת.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הוא חזרה על הציטוט במילים אחרות.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הסבר מקשר את הדוגמה לטענה: למה היא מוכיחה אותה ("הדבר מראה ש...").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המילה "____" היא מילת קישור של תוצאה, ומתאימה לפתיחת משפט הסיכום.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איזו מילת קישור מבטאת ניגוד?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לעומת זאת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איזו מילת קישור מבטאת סיבה?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משום 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בסיכום כדאי לחזור לטענה ולהוסיף מה היצירה מלמדת.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ג → ד → א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מיינו: טענה, ביסוס, הסבר או סיכום?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"יגון" מבקר חברה שאינה מקשיבה לכאבו של היחיד. | ביסוס: יונה פונה לאיש הצבא, לצעירים, לשוער ולעגלון הצעיר.، בסוף הלילה יונה מספר הכול לסוסה. | הסבר: החזרה על אותו דגם מראה שזו אדישות של חברה שלמה.، דווקא בעל חיים "מקשיב" – החיה אנושית מבני האדם. | סיכום: כך הביקורת הופכת לקריאה לאמפתיה ולמעורבות.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מילת הקישור לבין התפקיד שלה.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2–ב, 3–א,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אחד: מה תפקיד הסוסה?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"הסוסה היא המאזינה היחידה של יונה, וכך מודגשת האדישות של בני האדם."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פסקה: משפט ראשי, שתי דוגמאות, הסבר וסיום. השתמשו ב"לכן" וב"בנוסף".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פסקה בנויה נכון, עם ארבעת החלקים מסומנים, ביסוס מדויק מהיצירה, הסבר אמיתי ושתי מילות קישור לפחות.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טענה ← ביסוס ← הסבר ← סיכום. ניגוד: אבל, אולם, לעומת זאת; תוצאה: לכן, לפיכך, כתוצאה מכך.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"בונים פסקה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🧩 בונים פסקה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פסקה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משפטים על רעיון אחד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paragraph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הראשי שאתם רוצים להוכיח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claim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ביסוס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הוכחה מהיצירה: ציטוט קצר או תיאור רגע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evidence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ההוכחה מוכיחה את הטענה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explanation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סוגר שחוזר לטענה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conclusion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מילת קישור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שמחברת בין משפטים (לכן, אבל)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connective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מילים כמו אבל, לעומת זאת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contrast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תוצאה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מילים כמו לכן, לפיכך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result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 נכונה.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לכן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הסדר הנכון?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סיכום ← ציטוט ארוך ← טענה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טענה ← ביסוס ← הסבר ← סיכום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ביסוס ← טענה ← סיכום ← הסבר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רק ציטוטים, בלי הסבר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איזה משפט הוא משפט טענה?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כשהלמר קורא את המכתב הוא מתפרץ ומאשים אותה.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סיום "בית בובות" סגור ופתוח בעת ובעונה אחת.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בסוף נשמעת דלת נטרקת.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נורה רוקדת טרנטלה.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הסבר הוא חזרה על הציטוט במילים אחרות.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המילה "_______________" היא מילת קישור של תוצאה, ומתאימה לפתיחת משפט הסיכום.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איזו מילת קישור מבטאת ניגוד?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בנוסף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לעומת זאת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איזו מילת קישור מבטאת סיבה?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משום 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כמו 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לפיכך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אולם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בסיכום כדאי לחזור לטענה ולהוסיף מה היצירה מלמדת.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סדרו את המשפטים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מבחינת הקונפליקט הסיום סגור: נורה הכריעה, ואין דרך חזרה למשחק הבובות.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לכן משמעות הסיום היא לידה מחדש של עצמיות.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במערכה הראשונה טורוואלד קורא לנורה בכינויי חיבה ומתייחס אליה כאל ילדה.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כשטורוואלד קורא את מכתבו של קרוגסטד הוא מתפרץ ודואג רק לשמו הטוב.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 "בית בובות" סגור ופתוח בעת ובעונה אחת.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מיינו: טענה, ביסוס, הסבר או סיכום?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דווקא בעל חיים "מקשיב" – החיה אנושית מבני האדם.   ·   "יגון" מבקר חברה שאינה מקשיבה לכאבו של היחיד.   ·   בסוף הלילה יונה מספר הכול לסוסה.   ·   החזרה על אותו דגם מראה שזו אדישות של חברה שלמה.   ·   יונה פונה לאיש הצבא, לצעירים, לשוער ולעגלון הצעיר.   ·   כך הביקורת הופכת לקריאה לאמפתיה ולמעורבות.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טענה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ביסוס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סיכום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התאימו בין מילת הקישור לבין התפקיד שלה.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בנוסף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אולם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מפני ש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תוצאה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לפיכך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הוספה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משפט אחד: מה תפקיד הסוסה?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פסקה: משפט ראשי, שתי דוגמאות, הסבר וסיום. השתמשו ב"לכן" וב"בנוסף".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מהם ארבעת חלקי הפסקה, לפי הסדר?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מילת קישור אחת של ניגוד ואחת של תוצאה.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"החלק שהכי קשה לי בפסקה הוא... ואשפר אותו כך:..."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בונים פסקה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