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פסקה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"בונים פסקה": מזהים טענה, ביסוס, הסבר וסיכום, מסדרים פסקה בסדר הנכון, משתמשים במילות קישור וכותבים פסקה משלכם. המשפטים לקוחים מתשובות המופת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הסדר המומלץ לפסקה בתשובת בגרות?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טענה ← ביסוס ← הסבר ← סיכום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טענה?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סיום "בית בובות" סגור ופתוח בעת ובעונה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הוא חזרה על הציטוט במילים אחרות.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הסבר מקשר את הדוגמה לטענה: למה היא מוכיחה אותה ("הדבר מראה ש...").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משפטי הפסקה על "בית בובות"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ב → ה → א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לתפקיד שלו בפסקה על "יגון".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"יגון" מבקר חברה שאינה מקשיבה לכאבו של היחיד. | ביסוס: יונה פונה לאיש הצבא, לצעירים, לשוער ולעגלון הצעיר.، בסוף הלילה יונה מספר הכול לסוסה. | הסבר: החזרה על אותו דגם מראה שזו אדישות של חברה שלמה.، דווקא בעל חיים "מקשיב" – החיה אנושית מבני האדם. | סיכום: כך הביקורת הופכת לקריאה לאמפתיה ולמעורבות.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לשאלה: "מה תפקיד הסוסה בסיפור יגון?"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"הסוסה היא המאזינה היחידה של יונה, וכך מודגשת האדישות של בני האדם."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שלמה (טענה, שני ביסוסים, הסבר לכל ביסוס, סיכום) על אחת השאלות בעמוד "בונים פסקה". סמנו בצבע או בקו מתחת את ארבעת החלקים, והשתמשו בשתי מילות קישור לפחות.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פסקה בנויה נכון, עם ארבעת החלקים מסומנים, ביסוס מדויק מהיצירה, הסבר אמיתי ושתי מילות קישור לפחות.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אבל, אולם, לעומת זאת; תוצאה: לכן, לפיכך, כתוצאה מכך.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פסקה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פסקה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מהו הסדר המומלץ לפסקה בתשובת בגרות?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סיכום ← ציטוט ארוך ← טענה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טענה ← ביסוס ← הסבר ← סיכום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ביסוס ← טענה ← סיכום ← הסבר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איזה משפט הוא משפט טענה?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כשהלמר קורא את המכתב הוא מתפרץ ומאשים אותה.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סיום "בית בובות" סגור ופתוח בעת ובעונה אחת.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בסוף נשמעת דלת נטרקת.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הסבר הוא חזרה על הציטוט במילים אחרות.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סדרו את משפטי הפסקה על "בית בובות"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מבחינת הקונפליקט הסיום סגור: נורה הכריעה, ואין דרך חזרה למשחק הבובות.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במערכה הראשונה טורוואלד קורא לנורה בכינויי חיבה ומתייחס אליה כאל ילדה.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סיום "בית בובות" סגור ופתוח בעת ובעונה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לכן משמעות הסיום היא לידה מחדש של עצמיות.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כשטורוואלד קורא את מכתבו של קרוגסטד הוא מתפרץ ודואג רק לשמו הטוב.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כל משפט לתפקיד שלו בפסקה על "יגון".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דווקא בעל חיים "מקשיב" – החיה אנושית מבני האדם.   ·   בסוף הלילה יונה מספר הכול לסוסה.   ·   כך הביקורת הופכת לקריאה לאמפתיה ולמעורבות.   ·   "יגון" מבקר חברה שאינה מקשיבה לכאבו של היחיד.   ·   החזרה על אותו דגם מראה שזו אדישות של חברה שלמה.   ·   יונה פונה לאיש הצבא, לצעירים, לשוער ולעגלון הצעיר.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לשאלה: "מה תפקיד הסוסה בסיפור יגון?"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שלמה (טענה, שני ביסוסים, הסבר לכל ביסוס, סיכום) על אחת השאלות בעמוד "בונים פסקה". סמנו בצבע או בקו מתחת את ארבעת החלקים, והשתמשו בשתי מילות קישור לפחות.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הפסקה,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מילת קישור אחת של ניגוד ואחת של תוצאה.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פסקה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